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0584"/>
      </w:tblGrid>
      <w:tr>
        <w:tc>
          <w:tcPr>
            <w:tcW w:type="dxa" w:w="10570"/>
            <w:shd w:fill="242424"/>
            <w:tcMar>
              <w:top w:w="110" w:type="dxa"/>
              <w:start w:w="150" w:type="dxa"/>
              <w:bottom w:w="110" w:type="dxa"/>
              <w:end w:w="150" w:type="dxa"/>
            </w:tcMar>
          </w:tcPr>
          <w:p>
            <w:pPr>
              <w:jc w:val="center"/>
            </w:pPr>
            <w:r>
              <w:rPr>
                <w:b/>
                <w:color w:val="FFFFFF"/>
                <w:sz w:val="38"/>
              </w:rPr>
              <w:t>HUNTER SQUARED PHOTOGRAPHY</w:t>
            </w:r>
          </w:p>
          <w:p>
            <w:pPr>
              <w:spacing w:before="0" w:after="0"/>
              <w:jc w:val="center"/>
            </w:pPr>
            <w:r>
              <w:rPr>
                <w:b/>
                <w:color w:val="C9A7F5"/>
                <w:sz w:val="19"/>
              </w:rPr>
              <w:t>PHOTOGRAPHY • VIDEO • MEDIA RELEASE AGREEMENT</w:t>
            </w:r>
          </w:p>
        </w:tc>
      </w:tr>
    </w:tbl>
    <w:p>
      <w:pPr>
        <w:spacing w:before="100" w:after="100"/>
        <w:jc w:val="center"/>
      </w:pPr>
      <w:r>
        <w:rPr>
          <w:i/>
          <w:color w:val="666666"/>
          <w:sz w:val="18"/>
        </w:rPr>
        <w:t>Capturing the moment. People. Energy. Memories that last.</w:t>
      </w:r>
    </w:p>
    <w:tbl>
      <w:tblPr>
        <w:tblW w:type="auto" w:w="0"/>
        <w:jc w:val="center"/>
        <w:tblLayout w:type="fixed"/>
        <w:tblLook w:firstColumn="1" w:firstRow="1" w:lastColumn="0" w:lastRow="0" w:noHBand="0" w:noVBand="1" w:val="04A0"/>
      </w:tblPr>
      <w:tblGrid>
        <w:gridCol w:w="5285"/>
        <w:gridCol w:w="5285"/>
      </w:tblGrid>
      <w:tr>
        <w:tc>
          <w:tcPr>
            <w:tcW w:type="dxa" w:w="5256"/>
            <w:tcMar>
              <w:top w:w="65" w:type="dxa"/>
              <w:start w:w="90" w:type="dxa"/>
              <w:bottom w:w="65" w:type="dxa"/>
              <w:end w:w="90" w:type="dxa"/>
            </w:tcMar>
            <w:shd w:fill="F7F4FA"/>
          </w:tcPr>
          <w:p>
            <w:r>
              <w:rPr>
                <w:sz w:val="17"/>
              </w:rPr>
              <w:t>Client / Participant Name: __________________________________</w:t>
            </w:r>
          </w:p>
        </w:tc>
        <w:tc>
          <w:tcPr>
            <w:tcW w:type="dxa" w:w="5256"/>
            <w:tcMar>
              <w:top w:w="65" w:type="dxa"/>
              <w:start w:w="90" w:type="dxa"/>
              <w:bottom w:w="65" w:type="dxa"/>
              <w:end w:w="90" w:type="dxa"/>
            </w:tcMar>
            <w:shd w:fill="F7F4FA"/>
          </w:tcPr>
          <w:p>
            <w:r>
              <w:rPr>
                <w:sz w:val="17"/>
              </w:rPr>
              <w:t>Event / Session: __________________________________________</w:t>
            </w:r>
          </w:p>
        </w:tc>
      </w:tr>
      <w:tr>
        <w:tc>
          <w:tcPr>
            <w:tcW w:type="dxa" w:w="5256"/>
            <w:tcMar>
              <w:top w:w="65" w:type="dxa"/>
              <w:start w:w="90" w:type="dxa"/>
              <w:bottom w:w="65" w:type="dxa"/>
              <w:end w:w="90" w:type="dxa"/>
            </w:tcMar>
            <w:shd w:fill="F7F4FA"/>
          </w:tcPr>
          <w:p>
            <w:r>
              <w:rPr>
                <w:sz w:val="17"/>
              </w:rPr>
              <w:t>Phone / Email: ____________________________________________</w:t>
            </w:r>
          </w:p>
        </w:tc>
        <w:tc>
          <w:tcPr>
            <w:tcW w:type="dxa" w:w="5256"/>
            <w:tcMar>
              <w:top w:w="65" w:type="dxa"/>
              <w:start w:w="90" w:type="dxa"/>
              <w:bottom w:w="65" w:type="dxa"/>
              <w:end w:w="90" w:type="dxa"/>
            </w:tcMar>
            <w:shd w:fill="F7F4FA"/>
          </w:tcPr>
          <w:p>
            <w:r>
              <w:rPr>
                <w:sz w:val="17"/>
              </w:rPr>
              <w:t>Event / Session Date: _____________________________________</w:t>
            </w:r>
          </w:p>
        </w:tc>
      </w:tr>
    </w:tbl>
    <w:p>
      <w:pPr>
        <w:spacing w:after="0"/>
      </w:pPr>
    </w:p>
    <w:tbl>
      <w:tblPr>
        <w:tblW w:type="auto" w:w="0"/>
        <w:jc w:val="center"/>
        <w:tblLayout w:type="fixed"/>
        <w:tblLook w:firstColumn="1" w:firstRow="1" w:lastColumn="0" w:lastRow="0" w:noHBand="0" w:noVBand="1" w:val="04A0"/>
      </w:tblPr>
      <w:tblGrid>
        <w:gridCol w:w="10570"/>
      </w:tblGrid>
      <w:tr>
        <w:tc>
          <w:tcPr>
            <w:tcW w:type="dxa" w:w="10570"/>
            <w:shd w:fill="F7F4FA"/>
            <w:tcMar>
              <w:top w:w="85" w:type="dxa"/>
              <w:start w:w="120" w:type="dxa"/>
              <w:bottom w:w="85" w:type="dxa"/>
              <w:end w:w="120" w:type="dxa"/>
            </w:tcMar>
          </w:tcPr>
          <w:p>
            <w:pPr>
              <w:spacing w:after="40"/>
            </w:pPr>
            <w:r>
              <w:rPr>
                <w:b/>
                <w:color w:val="8E44EC"/>
                <w:sz w:val="21"/>
              </w:rPr>
              <w:t>1. SOCIAL MEDIA RELEASE</w:t>
            </w:r>
          </w:p>
          <w:p>
            <w:pPr>
              <w:spacing w:before="0" w:after="20"/>
            </w:pPr>
            <w:r>
              <w:rPr>
                <w:sz w:val="17"/>
              </w:rPr>
              <w:t>I authorize Hunter Squared Photography to post photographs and/or video of me on its social media accounts, including Instagram @_its_hunters_photography and TikTok @_its_hunter.</w:t>
            </w:r>
          </w:p>
          <w:p>
            <w:pPr>
              <w:spacing w:before="40" w:after="0"/>
            </w:pPr>
            <w:r>
              <w:rPr>
                <w:b/>
                <w:color w:val="8E44EC"/>
                <w:sz w:val="20"/>
              </w:rPr>
              <w:t>☐ AGREE        ☐ DISAGREE</w:t>
            </w:r>
          </w:p>
        </w:tc>
      </w:tr>
    </w:tbl>
    <w:p>
      <w:pPr>
        <w:spacing w:after="20"/>
      </w:pPr>
    </w:p>
    <w:tbl>
      <w:tblPr>
        <w:tblW w:type="auto" w:w="0"/>
        <w:jc w:val="center"/>
        <w:tblLayout w:type="fixed"/>
        <w:tblLook w:firstColumn="1" w:firstRow="1" w:lastColumn="0" w:lastRow="0" w:noHBand="0" w:noVBand="1" w:val="04A0"/>
      </w:tblPr>
      <w:tblGrid>
        <w:gridCol w:w="10570"/>
      </w:tblGrid>
      <w:tr>
        <w:tc>
          <w:tcPr>
            <w:tcW w:type="dxa" w:w="10570"/>
            <w:shd w:fill="F7F4FA"/>
            <w:tcMar>
              <w:top w:w="85" w:type="dxa"/>
              <w:start w:w="120" w:type="dxa"/>
              <w:bottom w:w="85" w:type="dxa"/>
              <w:end w:w="120" w:type="dxa"/>
            </w:tcMar>
          </w:tcPr>
          <w:p>
            <w:pPr>
              <w:spacing w:after="40"/>
            </w:pPr>
            <w:r>
              <w:rPr>
                <w:b/>
                <w:color w:val="8E44EC"/>
                <w:sz w:val="21"/>
              </w:rPr>
              <w:t>2. WEBSITE / PORTFOLIO RELEASE</w:t>
            </w:r>
          </w:p>
          <w:p>
            <w:pPr>
              <w:spacing w:before="0" w:after="20"/>
            </w:pPr>
            <w:r>
              <w:rPr>
                <w:sz w:val="17"/>
              </w:rPr>
              <w:t>I authorize Hunter Squared Photography to display photographs and/or video of me on the Hunter Squared Photography website and portrait portfolio at huntersquaredphotography.com/portrait-portfolio.</w:t>
            </w:r>
          </w:p>
          <w:p>
            <w:pPr>
              <w:spacing w:before="40" w:after="0"/>
            </w:pPr>
            <w:r>
              <w:rPr>
                <w:b/>
                <w:color w:val="8E44EC"/>
                <w:sz w:val="20"/>
              </w:rPr>
              <w:t>☐ AGREE        ☐ DISAGREE</w:t>
            </w:r>
          </w:p>
        </w:tc>
      </w:tr>
    </w:tbl>
    <w:p>
      <w:pPr>
        <w:spacing w:after="20"/>
      </w:pPr>
    </w:p>
    <w:tbl>
      <w:tblPr>
        <w:tblW w:type="auto" w:w="0"/>
        <w:jc w:val="center"/>
        <w:tblLayout w:type="fixed"/>
        <w:tblLook w:firstColumn="1" w:firstRow="1" w:lastColumn="0" w:lastRow="0" w:noHBand="0" w:noVBand="1" w:val="04A0"/>
      </w:tblPr>
      <w:tblGrid>
        <w:gridCol w:w="10570"/>
      </w:tblGrid>
      <w:tr>
        <w:tc>
          <w:tcPr>
            <w:tcW w:type="dxa" w:w="10570"/>
            <w:shd w:fill="F7F4FA"/>
            <w:tcMar>
              <w:top w:w="85" w:type="dxa"/>
              <w:start w:w="120" w:type="dxa"/>
              <w:bottom w:w="85" w:type="dxa"/>
              <w:end w:w="120" w:type="dxa"/>
            </w:tcMar>
          </w:tcPr>
          <w:p>
            <w:pPr>
              <w:spacing w:after="40"/>
            </w:pPr>
            <w:r>
              <w:rPr>
                <w:b/>
                <w:color w:val="8E44EC"/>
                <w:sz w:val="21"/>
              </w:rPr>
              <w:t>3. CONSENT TO BE PHOTOGRAPHED &amp; FILMED</w:t>
            </w:r>
          </w:p>
          <w:p>
            <w:pPr>
              <w:spacing w:before="0" w:after="20"/>
            </w:pPr>
            <w:r>
              <w:rPr>
                <w:sz w:val="17"/>
              </w:rPr>
              <w:t>I consent to being photographed and/or filmed by Hunter Squared Photography during the event or session. I understand that choosing DISAGREE means I do not consent to intentional photography or filming of me.</w:t>
            </w:r>
          </w:p>
          <w:p>
            <w:pPr>
              <w:spacing w:before="40" w:after="0"/>
            </w:pPr>
            <w:r>
              <w:rPr>
                <w:b/>
                <w:color w:val="8E44EC"/>
                <w:sz w:val="20"/>
              </w:rPr>
              <w:t>☐ AGREE        ☐ DISAGREE</w:t>
            </w:r>
          </w:p>
        </w:tc>
      </w:tr>
    </w:tbl>
    <w:p>
      <w:pPr>
        <w:spacing w:after="20"/>
      </w:pPr>
    </w:p>
    <w:tbl>
      <w:tblPr>
        <w:tblW w:type="auto" w:w="0"/>
        <w:jc w:val="center"/>
        <w:tblLayout w:type="fixed"/>
        <w:tblLook w:firstColumn="1" w:firstRow="1" w:lastColumn="0" w:lastRow="0" w:noHBand="0" w:noVBand="1" w:val="04A0"/>
      </w:tblPr>
      <w:tblGrid>
        <w:gridCol w:w="10570"/>
      </w:tblGrid>
      <w:tr>
        <w:tc>
          <w:tcPr>
            <w:tcW w:type="dxa" w:w="10570"/>
            <w:shd w:fill="F7F4FA"/>
            <w:tcMar>
              <w:top w:w="85" w:type="dxa"/>
              <w:start w:w="120" w:type="dxa"/>
              <w:bottom w:w="85" w:type="dxa"/>
              <w:end w:w="120" w:type="dxa"/>
            </w:tcMar>
          </w:tcPr>
          <w:p>
            <w:pPr>
              <w:spacing w:after="40"/>
            </w:pPr>
            <w:r>
              <w:rPr>
                <w:b/>
                <w:color w:val="8E44EC"/>
                <w:sz w:val="21"/>
              </w:rPr>
              <w:t>4. EVENT CONDITIONS &amp; QUALITY ACKNOWLEDGMENT</w:t>
            </w:r>
          </w:p>
          <w:p>
            <w:pPr>
              <w:spacing w:before="0" w:after="20"/>
            </w:pPr>
            <w:r>
              <w:rPr>
                <w:sz w:val="17"/>
              </w:rPr>
              <w:t>I understand that event photography and videography may take place in fast-paced, changing environments with conditions outside the photographer's control, including lighting, movement, crowds, venue restrictions, weather, timing, and access. Photos and videos will be created to the best of the photographer's ability, but no specific image, video, moment, angle, or 100% level of technical or artistic quality is guaranteed.</w:t>
            </w:r>
          </w:p>
          <w:p>
            <w:pPr>
              <w:spacing w:before="40" w:after="0"/>
            </w:pPr>
            <w:r>
              <w:rPr>
                <w:b/>
                <w:color w:val="8E44EC"/>
                <w:sz w:val="20"/>
              </w:rPr>
              <w:t>☐ AGREE        ☐ DISAGREE</w:t>
            </w:r>
          </w:p>
        </w:tc>
      </w:tr>
    </w:tbl>
    <w:p>
      <w:pPr>
        <w:spacing w:after="20"/>
      </w:pPr>
    </w:p>
    <w:tbl>
      <w:tblPr>
        <w:tblW w:type="auto" w:w="0"/>
        <w:tblLook w:firstColumn="1" w:firstRow="1" w:lastColumn="0" w:lastRow="0" w:noHBand="0" w:noVBand="1" w:val="04A0"/>
      </w:tblPr>
      <w:tblGrid>
        <w:gridCol w:w="10570"/>
      </w:tblGrid>
      <w:tr>
        <w:tc>
          <w:tcPr>
            <w:tcW w:type="dxa" w:w="10570"/>
            <w:shd w:fill="F7F4FA"/>
            <w:tcMar>
              <w:top w:w="75" w:type="dxa"/>
              <w:start w:w="110" w:type="dxa"/>
              <w:bottom w:w="75" w:type="dxa"/>
              <w:end w:w="110" w:type="dxa"/>
            </w:tcMar>
          </w:tcPr>
          <w:p>
            <w:r>
              <w:rPr>
                <w:b/>
                <w:color w:val="8E44EC"/>
                <w:sz w:val="20"/>
              </w:rPr>
              <w:t>5. MINOR PARTICIPANT / PARENT OR LEGAL GUARDIAN CONSENT</w:t>
            </w:r>
          </w:p>
          <w:p>
            <w:pPr>
              <w:spacing w:after="40"/>
            </w:pPr>
            <w:r>
              <w:rPr>
                <w:sz w:val="16"/>
              </w:rPr>
              <w:t>Complete this section when the participant is under 18. The parent or legal guardian authorizes Hunter Squared Photography to photograph and/or film the minor and confirms that the release selections above are made on the minor's behalf.</w:t>
            </w:r>
          </w:p>
          <w:p>
            <w:pPr>
              <w:spacing w:before="0" w:after="20"/>
            </w:pPr>
            <w:r>
              <w:rPr>
                <w:sz w:val="16"/>
              </w:rPr>
              <w:t>Participant Name: __________________________________    Age: ______    Date of Birth: _______________</w:t>
            </w:r>
          </w:p>
          <w:p>
            <w:pPr>
              <w:spacing w:before="0" w:after="20"/>
            </w:pPr>
            <w:r>
              <w:rPr>
                <w:sz w:val="16"/>
              </w:rPr>
              <w:t>☐ Under 18        ☐ 18 or older</w:t>
            </w:r>
          </w:p>
          <w:p>
            <w:pPr>
              <w:spacing w:before="0" w:after="20"/>
            </w:pPr>
            <w:r>
              <w:rPr>
                <w:sz w:val="16"/>
              </w:rPr>
              <w:t>Parent / Legal Guardian Printed Name: _________________________________________________</w:t>
            </w:r>
          </w:p>
          <w:p>
            <w:pPr>
              <w:spacing w:before="0" w:after="20"/>
            </w:pPr>
            <w:r>
              <w:rPr>
                <w:sz w:val="16"/>
              </w:rPr>
              <w:t>Relationship to Participant: __________________________________________________________</w:t>
            </w:r>
          </w:p>
          <w:p>
            <w:pPr>
              <w:spacing w:before="0" w:after="20"/>
            </w:pPr>
            <w:r>
              <w:rPr>
                <w:sz w:val="16"/>
              </w:rPr>
              <w:t>Parent / Legal Guardian Consent Signature: ____________________________________________</w:t>
            </w:r>
          </w:p>
          <w:p>
            <w:pPr>
              <w:spacing w:before="0" w:after="20"/>
            </w:pPr>
            <w:r>
              <w:rPr>
                <w:sz w:val="16"/>
              </w:rPr>
              <w:t>Date: __________________</w:t>
            </w:r>
          </w:p>
        </w:tc>
      </w:tr>
    </w:tbl>
    <w:p>
      <w:pPr>
        <w:spacing w:before="40" w:after="60"/>
      </w:pPr>
      <w:r>
        <w:rPr>
          <w:b/>
          <w:color w:val="8E44EC"/>
          <w:sz w:val="21"/>
        </w:rPr>
        <w:t>ACKNOWLEDGMENT</w:t>
      </w:r>
    </w:p>
    <w:p>
      <w:pPr>
        <w:spacing w:after="100"/>
      </w:pPr>
      <w:r>
        <w:rPr>
          <w:sz w:val="17"/>
        </w:rPr>
        <w:t>By signing below, I confirm that I have read this agreement, understand each selection I made above, and voluntarily agree to the terms indicated. My social-media and website choices are separate from my consent to be photographed or filmed.</w:t>
      </w:r>
    </w:p>
    <w:tbl>
      <w:tblPr>
        <w:tblW w:type="auto" w:w="0"/>
        <w:jc w:val="center"/>
        <w:tblLayout w:type="fixed"/>
        <w:tblLook w:firstColumn="1" w:firstRow="1" w:lastColumn="0" w:lastRow="0" w:noHBand="0" w:noVBand="1" w:val="04A0"/>
      </w:tblPr>
      <w:tblGrid>
        <w:gridCol w:w="5285"/>
        <w:gridCol w:w="5285"/>
      </w:tblGrid>
      <w:tr>
        <w:tc>
          <w:tcPr>
            <w:tcW w:type="dxa" w:w="7344"/>
            <w:tcMar>
              <w:top w:w="75" w:type="dxa"/>
              <w:start w:w="80" w:type="dxa"/>
              <w:bottom w:w="75" w:type="dxa"/>
              <w:end w:w="80" w:type="dxa"/>
            </w:tcMar>
          </w:tcPr>
          <w:p>
            <w:r>
              <w:rPr>
                <w:b/>
                <w:sz w:val="16"/>
              </w:rPr>
              <w:t>Participant / Client Signature:</w:t>
            </w:r>
          </w:p>
          <w:p>
            <w:pPr>
              <w:spacing w:before="80" w:after="0"/>
            </w:pPr>
            <w:r>
              <w:rPr>
                <w:sz w:val="18"/>
              </w:rPr>
              <w:t>________________________________________</w:t>
            </w:r>
          </w:p>
        </w:tc>
        <w:tc>
          <w:tcPr>
            <w:tcW w:type="dxa" w:w="3168"/>
            <w:tcMar>
              <w:top w:w="75" w:type="dxa"/>
              <w:start w:w="80" w:type="dxa"/>
              <w:bottom w:w="75" w:type="dxa"/>
              <w:end w:w="80" w:type="dxa"/>
            </w:tcMar>
          </w:tcPr>
          <w:p>
            <w:r>
              <w:rPr>
                <w:b/>
                <w:sz w:val="16"/>
              </w:rPr>
              <w:t>Date:</w:t>
            </w:r>
          </w:p>
          <w:p>
            <w:pPr>
              <w:spacing w:before="80" w:after="0"/>
            </w:pPr>
            <w:r>
              <w:rPr>
                <w:sz w:val="18"/>
              </w:rPr>
              <w:t>________________________________________</w:t>
            </w:r>
          </w:p>
        </w:tc>
      </w:tr>
      <w:tr>
        <w:tc>
          <w:tcPr>
            <w:tcW w:type="dxa" w:w="7344"/>
            <w:tcMar>
              <w:top w:w="75" w:type="dxa"/>
              <w:start w:w="80" w:type="dxa"/>
              <w:bottom w:w="75" w:type="dxa"/>
              <w:end w:w="80" w:type="dxa"/>
            </w:tcMar>
          </w:tcPr>
          <w:p>
            <w:r>
              <w:rPr>
                <w:b/>
                <w:sz w:val="16"/>
              </w:rPr>
              <w:t>Printed Name:</w:t>
            </w:r>
          </w:p>
          <w:p>
            <w:pPr>
              <w:spacing w:before="80" w:after="0"/>
            </w:pPr>
            <w:r>
              <w:rPr>
                <w:sz w:val="18"/>
              </w:rPr>
              <w:t>________________________________________</w:t>
            </w:r>
          </w:p>
        </w:tc>
        <w:tc>
          <w:tcPr>
            <w:tcW w:type="dxa" w:w="3168"/>
            <w:tcMar>
              <w:top w:w="75" w:type="dxa"/>
              <w:start w:w="80" w:type="dxa"/>
              <w:bottom w:w="75" w:type="dxa"/>
              <w:end w:w="80" w:type="dxa"/>
            </w:tcMar>
          </w:tcPr>
          <w:p>
            <w:r>
              <w:rPr>
                <w:b/>
                <w:sz w:val="16"/>
              </w:rPr>
              <w:t>Phone / Email:</w:t>
            </w:r>
          </w:p>
          <w:p>
            <w:pPr>
              <w:spacing w:before="80" w:after="0"/>
            </w:pPr>
            <w:r>
              <w:rPr>
                <w:sz w:val="18"/>
              </w:rPr>
              <w:t>________________________________________</w:t>
            </w:r>
          </w:p>
        </w:tc>
      </w:tr>
      <w:tr>
        <w:tc>
          <w:tcPr>
            <w:tcW w:type="dxa" w:w="7344"/>
            <w:tcMar>
              <w:top w:w="75" w:type="dxa"/>
              <w:start w:w="80" w:type="dxa"/>
              <w:bottom w:w="75" w:type="dxa"/>
              <w:end w:w="80" w:type="dxa"/>
            </w:tcMar>
          </w:tcPr>
          <w:p>
            <w:r>
              <w:rPr>
                <w:b/>
                <w:sz w:val="16"/>
              </w:rPr>
              <w:t>Parent / Legal Guardian Signature (if participant is a minor):</w:t>
            </w:r>
          </w:p>
          <w:p>
            <w:pPr>
              <w:spacing w:before="80" w:after="0"/>
            </w:pPr>
            <w:r>
              <w:rPr>
                <w:sz w:val="18"/>
              </w:rPr>
              <w:t>________________________________________</w:t>
            </w:r>
          </w:p>
        </w:tc>
        <w:tc>
          <w:tcPr>
            <w:tcW w:type="dxa" w:w="3168"/>
            <w:tcMar>
              <w:top w:w="75" w:type="dxa"/>
              <w:start w:w="80" w:type="dxa"/>
              <w:bottom w:w="75" w:type="dxa"/>
              <w:end w:w="80" w:type="dxa"/>
            </w:tcMar>
          </w:tcPr>
          <w:p>
            <w:r>
              <w:rPr>
                <w:b/>
                <w:sz w:val="16"/>
              </w:rPr>
              <w:t>Date:</w:t>
            </w:r>
          </w:p>
          <w:p>
            <w:pPr>
              <w:spacing w:before="80" w:after="0"/>
            </w:pPr>
            <w:r>
              <w:rPr>
                <w:sz w:val="18"/>
              </w:rPr>
              <w:t>________________________________________</w:t>
            </w:r>
          </w:p>
        </w:tc>
      </w:tr>
    </w:tbl>
    <w:p>
      <w:pPr>
        <w:spacing w:before="100" w:after="40"/>
      </w:pPr>
      <w:r>
        <w:rPr>
          <w:b/>
          <w:color w:val="8E44EC"/>
          <w:sz w:val="19"/>
        </w:rPr>
        <w:t>PHOTOGRAPHER / REPRESENTATIVE</w:t>
      </w:r>
    </w:p>
    <w:tbl>
      <w:tblPr>
        <w:tblW w:type="auto" w:w="0"/>
        <w:jc w:val="center"/>
        <w:tblLayout w:type="fixed"/>
        <w:tblLook w:firstColumn="1" w:firstRow="1" w:lastColumn="0" w:lastRow="0" w:noHBand="0" w:noVBand="1" w:val="04A0"/>
      </w:tblPr>
      <w:tblGrid>
        <w:gridCol w:w="5285"/>
        <w:gridCol w:w="5285"/>
      </w:tblGrid>
      <w:tr>
        <w:tc>
          <w:tcPr>
            <w:tcW w:type="dxa" w:w="7344"/>
            <w:tcMar>
              <w:top w:w="65" w:type="dxa"/>
              <w:start w:w="80" w:type="dxa"/>
              <w:bottom w:w="65" w:type="dxa"/>
              <w:end w:w="80" w:type="dxa"/>
            </w:tcMar>
          </w:tcPr>
          <w:p>
            <w:r>
              <w:rPr>
                <w:sz w:val="17"/>
              </w:rPr>
              <w:t>Signature: ______________________________________</w:t>
            </w:r>
          </w:p>
        </w:tc>
        <w:tc>
          <w:tcPr>
            <w:tcW w:type="dxa" w:w="3168"/>
            <w:tcMar>
              <w:top w:w="65" w:type="dxa"/>
              <w:start w:w="80" w:type="dxa"/>
              <w:bottom w:w="65" w:type="dxa"/>
              <w:end w:w="80" w:type="dxa"/>
            </w:tcMar>
          </w:tcPr>
          <w:p>
            <w:r>
              <w:rPr>
                <w:sz w:val="17"/>
              </w:rPr>
              <w:t>Date: __________________</w:t>
            </w:r>
          </w:p>
        </w:tc>
      </w:tr>
    </w:tbl>
    <w:sectPr w:rsidR="00FC693F" w:rsidRPr="0006063C" w:rsidSect="00034616">
      <w:footerReference w:type="default" r:id="rId9"/>
      <w:pgSz w:w="12240" w:h="15840"/>
      <w:pgMar w:top="605" w:right="835" w:bottom="605"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5"/>
      </w:rPr>
      <w:t>Hunter Squared Photography  |  Instagram @_its_hunters_photography  |  TikTok @_its_hunter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4242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